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E7D6" w14:textId="77777777" w:rsidR="00457AE6" w:rsidRPr="00712A47" w:rsidRDefault="00E35457">
      <w:pPr>
        <w:jc w:val="right"/>
        <w:rPr>
          <w:lang w:val="it-IT"/>
        </w:rPr>
      </w:pPr>
      <w:r w:rsidRPr="00712A47">
        <w:rPr>
          <w:b/>
          <w:lang w:val="it-IT"/>
        </w:rPr>
        <w:t>Allegato A</w:t>
      </w:r>
    </w:p>
    <w:p w14:paraId="07FFB9D2" w14:textId="77777777" w:rsidR="0039166B" w:rsidRPr="00712A47" w:rsidRDefault="0039166B" w:rsidP="0039166B">
      <w:pPr>
        <w:jc w:val="right"/>
        <w:rPr>
          <w:b/>
          <w:lang w:val="it-IT"/>
        </w:rPr>
      </w:pPr>
    </w:p>
    <w:p w14:paraId="027EB89D" w14:textId="0A26A01D" w:rsidR="00457AE6" w:rsidRPr="00712A47" w:rsidRDefault="00E35457" w:rsidP="0039166B">
      <w:pPr>
        <w:jc w:val="right"/>
        <w:rPr>
          <w:lang w:val="it-IT"/>
        </w:rPr>
      </w:pPr>
      <w:r w:rsidRPr="00712A47">
        <w:rPr>
          <w:b/>
          <w:lang w:val="it-IT"/>
        </w:rPr>
        <w:t xml:space="preserve">ALL’UFFICIO PROTOCOLLO DEL COMUNE DI </w:t>
      </w:r>
      <w:r w:rsidR="00CF6B43" w:rsidRPr="00712A47">
        <w:rPr>
          <w:b/>
          <w:lang w:val="it-IT"/>
        </w:rPr>
        <w:t xml:space="preserve">PINETO </w:t>
      </w:r>
      <w:r w:rsidRPr="00712A47">
        <w:rPr>
          <w:b/>
          <w:lang w:val="it-IT"/>
        </w:rPr>
        <w:t>(TE)</w:t>
      </w:r>
    </w:p>
    <w:p w14:paraId="527D1788" w14:textId="3D1B1C5D" w:rsidR="00457AE6" w:rsidRPr="00712A47" w:rsidRDefault="00CF6B43" w:rsidP="0039166B">
      <w:pPr>
        <w:jc w:val="right"/>
        <w:rPr>
          <w:lang w:val="it-IT"/>
        </w:rPr>
      </w:pPr>
      <w:r w:rsidRPr="00712A47">
        <w:rPr>
          <w:lang w:val="it-IT"/>
        </w:rPr>
        <w:t>protocollo@pec.comune.pineto.t</w:t>
      </w:r>
      <w:r w:rsidR="00E35457" w:rsidRPr="00712A47">
        <w:rPr>
          <w:lang w:val="it-IT"/>
        </w:rPr>
        <w:t>e.it</w:t>
      </w:r>
    </w:p>
    <w:p w14:paraId="2BDD9A69" w14:textId="53AC8845" w:rsidR="00457AE6" w:rsidRPr="00712A47" w:rsidRDefault="00E35457" w:rsidP="00CF6B43">
      <w:pPr>
        <w:jc w:val="right"/>
        <w:rPr>
          <w:lang w:val="it-IT"/>
        </w:rPr>
      </w:pPr>
      <w:r w:rsidRPr="00712A47">
        <w:rPr>
          <w:lang w:val="it-IT"/>
        </w:rPr>
        <w:t xml:space="preserve">Att. </w:t>
      </w:r>
      <w:r w:rsidR="00CF6B43" w:rsidRPr="00712A47">
        <w:rPr>
          <w:lang w:val="it-IT"/>
        </w:rPr>
        <w:t>Servizi Sociali</w:t>
      </w:r>
      <w:r w:rsidR="00712A47" w:rsidRPr="00712A47">
        <w:rPr>
          <w:lang w:val="it-IT"/>
        </w:rPr>
        <w:t xml:space="preserve"> </w:t>
      </w:r>
    </w:p>
    <w:p w14:paraId="6F79660A" w14:textId="77777777" w:rsidR="00457AE6" w:rsidRPr="00712A47" w:rsidRDefault="00457AE6">
      <w:pPr>
        <w:rPr>
          <w:lang w:val="it-IT"/>
        </w:rPr>
      </w:pPr>
    </w:p>
    <w:p w14:paraId="1F4C7ACE" w14:textId="77777777" w:rsidR="00457AE6" w:rsidRPr="00712A47" w:rsidRDefault="00E35457">
      <w:pPr>
        <w:rPr>
          <w:lang w:val="it-IT"/>
        </w:rPr>
      </w:pPr>
      <w:r w:rsidRPr="00712A47">
        <w:rPr>
          <w:b/>
          <w:sz w:val="22"/>
          <w:lang w:val="it-IT"/>
        </w:rPr>
        <w:t xml:space="preserve">OGGETTO: L.R. 13 luglio 2022, n. 11 “Disposizioni in materia di funzioni relative all’assistenza ai ciechi e sordi” e </w:t>
      </w:r>
      <w:proofErr w:type="spellStart"/>
      <w:r w:rsidRPr="00712A47">
        <w:rPr>
          <w:b/>
          <w:sz w:val="22"/>
          <w:lang w:val="it-IT"/>
        </w:rPr>
        <w:t>ss.mm.ii</w:t>
      </w:r>
      <w:proofErr w:type="spellEnd"/>
      <w:r w:rsidRPr="00712A47">
        <w:rPr>
          <w:b/>
          <w:sz w:val="22"/>
          <w:lang w:val="it-IT"/>
        </w:rPr>
        <w:t>. – RICHIESTA DI ACCESSO AI SERVIZI – ANNO 2027</w:t>
      </w:r>
    </w:p>
    <w:p w14:paraId="540FFD56" w14:textId="77777777" w:rsidR="00457AE6" w:rsidRPr="00712A47" w:rsidRDefault="00457AE6">
      <w:pPr>
        <w:rPr>
          <w:lang w:val="it-IT"/>
        </w:rPr>
      </w:pPr>
    </w:p>
    <w:p w14:paraId="0476B78B" w14:textId="77777777" w:rsidR="00457AE6" w:rsidRPr="00712A47" w:rsidRDefault="00E35457">
      <w:pPr>
        <w:rPr>
          <w:lang w:val="it-IT"/>
        </w:rPr>
      </w:pPr>
      <w:r w:rsidRPr="00712A47">
        <w:rPr>
          <w:b/>
          <w:lang w:val="it-IT"/>
        </w:rPr>
        <w:t>Il/La sottoscritto/a</w:t>
      </w:r>
    </w:p>
    <w:p w14:paraId="596C072B" w14:textId="645C8092" w:rsidR="00457AE6" w:rsidRPr="00712A47" w:rsidRDefault="00E35457">
      <w:pPr>
        <w:rPr>
          <w:lang w:val="it-IT"/>
        </w:rPr>
      </w:pPr>
      <w:r w:rsidRPr="00712A47">
        <w:rPr>
          <w:lang w:val="it-IT"/>
        </w:rPr>
        <w:t>Cognome ________________________________________Nome ____________________________________</w:t>
      </w:r>
    </w:p>
    <w:p w14:paraId="38379C81" w14:textId="4E910A75" w:rsidR="0039166B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nato/a </w:t>
      </w:r>
      <w:proofErr w:type="spellStart"/>
      <w:r w:rsidRPr="00712A47">
        <w:rPr>
          <w:lang w:val="it-IT"/>
        </w:rPr>
        <w:t>a</w:t>
      </w:r>
      <w:proofErr w:type="spellEnd"/>
      <w:r w:rsidRPr="00712A47">
        <w:rPr>
          <w:lang w:val="it-IT"/>
        </w:rPr>
        <w:t xml:space="preserve"> _____________________________________________ Prov. ______   </w:t>
      </w:r>
    </w:p>
    <w:p w14:paraId="205BD4E4" w14:textId="4BBD4CC9" w:rsidR="00457AE6" w:rsidRPr="00712A47" w:rsidRDefault="00E35457">
      <w:pPr>
        <w:rPr>
          <w:lang w:val="it-IT"/>
        </w:rPr>
      </w:pPr>
      <w:r w:rsidRPr="00712A47">
        <w:rPr>
          <w:lang w:val="it-IT"/>
        </w:rPr>
        <w:t>il _________________________________</w:t>
      </w:r>
    </w:p>
    <w:p w14:paraId="7E02E140" w14:textId="1C68FD23" w:rsidR="00457AE6" w:rsidRPr="00712A47" w:rsidRDefault="00E35457">
      <w:pPr>
        <w:rPr>
          <w:lang w:val="it-IT"/>
        </w:rPr>
      </w:pPr>
      <w:r w:rsidRPr="00712A47">
        <w:rPr>
          <w:lang w:val="it-IT"/>
        </w:rPr>
        <w:t>Comune di residenza _________________________________________________Prov. ______</w:t>
      </w:r>
    </w:p>
    <w:p w14:paraId="4F885DD1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Via/Piazza __________________________________________________________   n. ______</w:t>
      </w:r>
    </w:p>
    <w:p w14:paraId="3D8407A6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Codice fiscale ________________________________________</w:t>
      </w:r>
    </w:p>
    <w:p w14:paraId="46CCD9EB" w14:textId="77777777" w:rsidR="0039166B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Recapito telefonico ____________________________________   </w:t>
      </w:r>
    </w:p>
    <w:p w14:paraId="0D26344A" w14:textId="2997FCE0" w:rsidR="00457AE6" w:rsidRPr="00712A47" w:rsidRDefault="00E35457">
      <w:pPr>
        <w:rPr>
          <w:lang w:val="it-IT"/>
        </w:rPr>
      </w:pPr>
      <w:r w:rsidRPr="00712A47">
        <w:rPr>
          <w:lang w:val="it-IT"/>
        </w:rPr>
        <w:t>E-mail _________________________________________</w:t>
      </w:r>
    </w:p>
    <w:p w14:paraId="0DB0AB37" w14:textId="77777777" w:rsidR="00457AE6" w:rsidRPr="00712A47" w:rsidRDefault="00457AE6">
      <w:pPr>
        <w:rPr>
          <w:lang w:val="it-IT"/>
        </w:rPr>
      </w:pPr>
    </w:p>
    <w:p w14:paraId="4DA51686" w14:textId="77777777" w:rsidR="00457AE6" w:rsidRPr="00712A47" w:rsidRDefault="00E35457">
      <w:pPr>
        <w:rPr>
          <w:lang w:val="it-IT"/>
        </w:rPr>
      </w:pPr>
      <w:r w:rsidRPr="00712A47">
        <w:rPr>
          <w:b/>
          <w:lang w:val="it-IT"/>
        </w:rPr>
        <w:t>IN QUALITÀ DI:</w:t>
      </w:r>
    </w:p>
    <w:p w14:paraId="515DFFB3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Interessato/a</w:t>
      </w:r>
    </w:p>
    <w:p w14:paraId="1E275AE2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Genitore / esercente la responsabilità genitoriale</w:t>
      </w:r>
    </w:p>
    <w:p w14:paraId="66D6564F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Tutore</w:t>
      </w:r>
    </w:p>
    <w:p w14:paraId="47B9F61B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Amministratore di sostegno</w:t>
      </w:r>
    </w:p>
    <w:p w14:paraId="442348BE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Altro soggetto legittimato: __________________________________________________</w:t>
      </w:r>
    </w:p>
    <w:p w14:paraId="78BFAB4A" w14:textId="77777777" w:rsidR="0039166B" w:rsidRPr="00712A47" w:rsidRDefault="0039166B">
      <w:pPr>
        <w:rPr>
          <w:lang w:val="it-IT"/>
        </w:rPr>
      </w:pPr>
    </w:p>
    <w:p w14:paraId="600458C6" w14:textId="77777777" w:rsidR="00457AE6" w:rsidRPr="00712A47" w:rsidRDefault="00E35457">
      <w:pPr>
        <w:rPr>
          <w:lang w:val="it-IT"/>
        </w:rPr>
      </w:pPr>
      <w:r w:rsidRPr="00712A47">
        <w:rPr>
          <w:b/>
          <w:lang w:val="it-IT"/>
        </w:rPr>
        <w:t>DEL/DELLA SIG./SIG.RA:</w:t>
      </w:r>
    </w:p>
    <w:p w14:paraId="21CE8BA2" w14:textId="5D8E6A20" w:rsidR="00457AE6" w:rsidRPr="00712A47" w:rsidRDefault="00E35457">
      <w:pPr>
        <w:rPr>
          <w:lang w:val="it-IT"/>
        </w:rPr>
      </w:pPr>
      <w:r w:rsidRPr="00712A47">
        <w:rPr>
          <w:lang w:val="it-IT"/>
        </w:rPr>
        <w:t>Cognome __________________________________Nome________________________________________</w:t>
      </w:r>
    </w:p>
    <w:p w14:paraId="0BCF8851" w14:textId="3B8A26CA" w:rsidR="00457AE6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nato/a </w:t>
      </w:r>
      <w:proofErr w:type="spellStart"/>
      <w:r w:rsidRPr="00712A47">
        <w:rPr>
          <w:lang w:val="it-IT"/>
        </w:rPr>
        <w:t>a</w:t>
      </w:r>
      <w:proofErr w:type="spellEnd"/>
      <w:r w:rsidRPr="00712A47">
        <w:rPr>
          <w:lang w:val="it-IT"/>
        </w:rPr>
        <w:t xml:space="preserve"> _____________________________________________   Prov. ______   il </w:t>
      </w:r>
    </w:p>
    <w:p w14:paraId="33AD4353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Comune di residenza _________________________________________________   Prov. ______</w:t>
      </w:r>
    </w:p>
    <w:p w14:paraId="18FC8DF6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Via/Piazza __________________________________________________________   n. ______</w:t>
      </w:r>
    </w:p>
    <w:p w14:paraId="2BDEE2CC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Codice fiscale ________________________________________</w:t>
      </w:r>
    </w:p>
    <w:p w14:paraId="4147D166" w14:textId="77777777" w:rsidR="0039166B" w:rsidRPr="00712A47" w:rsidRDefault="0039166B">
      <w:pPr>
        <w:rPr>
          <w:b/>
          <w:lang w:val="it-IT"/>
        </w:rPr>
      </w:pPr>
    </w:p>
    <w:p w14:paraId="04853D10" w14:textId="76F8C91A" w:rsidR="00457AE6" w:rsidRPr="00712A47" w:rsidRDefault="00E35457">
      <w:pPr>
        <w:rPr>
          <w:lang w:val="it-IT"/>
        </w:rPr>
      </w:pPr>
      <w:r w:rsidRPr="00712A47">
        <w:rPr>
          <w:b/>
          <w:lang w:val="it-IT"/>
        </w:rPr>
        <w:t>CONDIZIONE SCOLASTICA / FORMATIVA</w:t>
      </w:r>
    </w:p>
    <w:p w14:paraId="06844058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Scuola secondaria: _________________________________________________</w:t>
      </w:r>
    </w:p>
    <w:p w14:paraId="1AA525EB" w14:textId="7B38FFB5" w:rsidR="00457AE6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  Classe/sezione __________   Istituto scolastico ______________________________________________</w:t>
      </w:r>
    </w:p>
    <w:p w14:paraId="71890C32" w14:textId="77777777" w:rsidR="00712A47" w:rsidRPr="00712A47" w:rsidRDefault="00712A47">
      <w:pPr>
        <w:rPr>
          <w:lang w:val="it-IT"/>
        </w:rPr>
      </w:pPr>
    </w:p>
    <w:p w14:paraId="4CAC79D1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lastRenderedPageBreak/>
        <w:t>☐ Corso di formazione professionalizzante post-diploma: __________________________________________</w:t>
      </w:r>
    </w:p>
    <w:p w14:paraId="0FCA31C7" w14:textId="4E96EE26" w:rsidR="00457AE6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   Ente/Istituto _____________________________________________________________________________</w:t>
      </w:r>
    </w:p>
    <w:p w14:paraId="5AE45384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Corso di studi universitario: _________________________________________________________________</w:t>
      </w:r>
    </w:p>
    <w:p w14:paraId="0464DFF3" w14:textId="656D4C1A" w:rsidR="00457AE6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   Anno accademico __________________   Università _____________________________________________</w:t>
      </w:r>
    </w:p>
    <w:p w14:paraId="2CF01D75" w14:textId="77777777" w:rsidR="00457AE6" w:rsidRPr="00712A47" w:rsidRDefault="00457AE6">
      <w:pPr>
        <w:rPr>
          <w:lang w:val="it-IT"/>
        </w:rPr>
      </w:pPr>
    </w:p>
    <w:p w14:paraId="12A6E37B" w14:textId="77777777" w:rsidR="00457AE6" w:rsidRPr="00712A47" w:rsidRDefault="00E35457">
      <w:pPr>
        <w:jc w:val="center"/>
        <w:rPr>
          <w:lang w:val="it-IT"/>
        </w:rPr>
      </w:pPr>
      <w:r w:rsidRPr="00712A47">
        <w:rPr>
          <w:b/>
          <w:sz w:val="24"/>
          <w:lang w:val="it-IT"/>
        </w:rPr>
        <w:t>CHIEDE</w:t>
      </w:r>
    </w:p>
    <w:p w14:paraId="27718E39" w14:textId="7AE338FF" w:rsidR="00457AE6" w:rsidRPr="00712A47" w:rsidRDefault="00E35457" w:rsidP="0012163B">
      <w:pPr>
        <w:jc w:val="both"/>
        <w:rPr>
          <w:lang w:val="it-IT"/>
        </w:rPr>
      </w:pPr>
      <w:r w:rsidRPr="00712A47">
        <w:rPr>
          <w:lang w:val="it-IT"/>
        </w:rPr>
        <w:t>di poter accedere, in relazione alle proprie individuali e specifiche necessità, ai servizi previsti dall</w:t>
      </w:r>
      <w:r w:rsidR="008D76A9" w:rsidRPr="00712A47">
        <w:rPr>
          <w:lang w:val="it-IT"/>
        </w:rPr>
        <w:t xml:space="preserve">’art. 2 </w:t>
      </w:r>
      <w:proofErr w:type="gramStart"/>
      <w:r w:rsidR="008D76A9" w:rsidRPr="00712A47">
        <w:rPr>
          <w:lang w:val="it-IT"/>
        </w:rPr>
        <w:t xml:space="preserve">della </w:t>
      </w:r>
      <w:r w:rsidRPr="00712A47">
        <w:rPr>
          <w:lang w:val="it-IT"/>
        </w:rPr>
        <w:t xml:space="preserve"> L.R.</w:t>
      </w:r>
      <w:proofErr w:type="gramEnd"/>
      <w:r w:rsidRPr="00712A47">
        <w:rPr>
          <w:lang w:val="it-IT"/>
        </w:rPr>
        <w:t xml:space="preserve"> 13 luglio 2022, n. 11 e dalle relative disposizioni attuative, per l’anno 2027, e in particolare:</w:t>
      </w:r>
    </w:p>
    <w:p w14:paraId="4A69DE73" w14:textId="54ACF793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_______________________________________________________________________________________</w:t>
      </w:r>
    </w:p>
    <w:p w14:paraId="5A87AF07" w14:textId="1A3CD49D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_______________________________________________________________________________________</w:t>
      </w:r>
    </w:p>
    <w:p w14:paraId="225283CD" w14:textId="07E6A559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_______________________________________________________________________________________</w:t>
      </w:r>
    </w:p>
    <w:p w14:paraId="5297044C" w14:textId="77777777" w:rsidR="00457AE6" w:rsidRPr="00712A47" w:rsidRDefault="00457AE6">
      <w:pPr>
        <w:rPr>
          <w:lang w:val="it-IT"/>
        </w:rPr>
      </w:pPr>
    </w:p>
    <w:p w14:paraId="068CB3A0" w14:textId="77777777" w:rsidR="00457AE6" w:rsidRPr="00712A47" w:rsidRDefault="00E35457">
      <w:pPr>
        <w:rPr>
          <w:lang w:val="it-IT"/>
        </w:rPr>
      </w:pPr>
      <w:r w:rsidRPr="00712A47">
        <w:rPr>
          <w:b/>
          <w:lang w:val="it-IT"/>
        </w:rPr>
        <w:t>A tal fine, consapevole delle responsabilità e delle sanzioni previste dalla normativa vigente in caso di dichiarazioni non veritiere, dichiara:</w:t>
      </w:r>
    </w:p>
    <w:p w14:paraId="5ED3B6B2" w14:textId="54A679CA" w:rsidR="00457AE6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☐ di essere residente nel Comune di </w:t>
      </w:r>
      <w:r w:rsidR="00CF6B43" w:rsidRPr="00712A47">
        <w:rPr>
          <w:lang w:val="it-IT"/>
        </w:rPr>
        <w:t xml:space="preserve">Pineto </w:t>
      </w:r>
      <w:r w:rsidRPr="00712A47">
        <w:rPr>
          <w:lang w:val="it-IT"/>
        </w:rPr>
        <w:t>(TE);</w:t>
      </w:r>
    </w:p>
    <w:p w14:paraId="7B14C5FE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 xml:space="preserve">☐ di rientrare nelle condizioni previste dall’art. 1, comma 3, della L.R. 13 luglio 2022, n. 11 e </w:t>
      </w:r>
      <w:proofErr w:type="spellStart"/>
      <w:r w:rsidRPr="00712A47">
        <w:rPr>
          <w:lang w:val="it-IT"/>
        </w:rPr>
        <w:t>ss.mm.ii</w:t>
      </w:r>
      <w:proofErr w:type="spellEnd"/>
      <w:r w:rsidRPr="00712A47">
        <w:rPr>
          <w:lang w:val="it-IT"/>
        </w:rPr>
        <w:t>.;</w:t>
      </w:r>
    </w:p>
    <w:p w14:paraId="66FCA0B9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di essere a conoscenza che, per gli studenti universitari, l’assistenza educativa e didattica extrascolastica è prevista, nei limiti e alle condizioni stabilite dall’Avviso, per un solo corso universitario presso Atenei situati nel territorio regionale;</w:t>
      </w:r>
    </w:p>
    <w:p w14:paraId="04AED85D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per gli studenti universitari, di essere iscritto/a al primo corso di laurea e di non aver conseguito altro diploma di laurea;</w:t>
      </w:r>
    </w:p>
    <w:p w14:paraId="42AF24A1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per gli studenti frequentanti corsi di formazione professionalizzante post-diploma, di essere iscritto/a per la prima volta a tale tipologia di corso e di non essere in possesso di altro attestato professionalizzante.</w:t>
      </w:r>
    </w:p>
    <w:p w14:paraId="541CFAD8" w14:textId="77777777" w:rsidR="00457AE6" w:rsidRPr="00712A47" w:rsidRDefault="00457AE6">
      <w:pPr>
        <w:rPr>
          <w:lang w:val="it-IT"/>
        </w:rPr>
      </w:pPr>
    </w:p>
    <w:p w14:paraId="76D01FCF" w14:textId="77777777" w:rsidR="00457AE6" w:rsidRPr="00712A47" w:rsidRDefault="00E35457">
      <w:pPr>
        <w:rPr>
          <w:lang w:val="it-IT"/>
        </w:rPr>
      </w:pPr>
      <w:r w:rsidRPr="00712A47">
        <w:rPr>
          <w:b/>
          <w:lang w:val="it-IT"/>
        </w:rPr>
        <w:t>ALLEGA</w:t>
      </w:r>
    </w:p>
    <w:p w14:paraId="29614542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copia del documento di riconoscimento in corso di validità del richiedente e dello studente;</w:t>
      </w:r>
    </w:p>
    <w:p w14:paraId="41F2D1B2" w14:textId="4446EA2D" w:rsidR="0039166B" w:rsidRPr="00712A47" w:rsidRDefault="00E35457">
      <w:pPr>
        <w:rPr>
          <w:lang w:val="it-IT"/>
        </w:rPr>
      </w:pPr>
      <w:r w:rsidRPr="00712A47">
        <w:rPr>
          <w:lang w:val="it-IT"/>
        </w:rPr>
        <w:t>☐ copia del verbale di riconoscimento della cecità totale, della cecità parziale, della grave ipovisione o della sordità;</w:t>
      </w:r>
    </w:p>
    <w:p w14:paraId="15F8F136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per gli studenti universitari, autodichiarazione relativa all’iscrizione al primo corso di laurea e al mancato conseguimento di altro diploma di laurea;</w:t>
      </w:r>
    </w:p>
    <w:p w14:paraId="0A4A5EFD" w14:textId="77777777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per gli studenti frequentanti corsi di formazione professionalizzante post-diploma, autodichiarazione relativa alla prima iscrizione e al mancato possesso di altro attestato professionalizzante;</w:t>
      </w:r>
    </w:p>
    <w:p w14:paraId="622AD67E" w14:textId="20E31B65" w:rsidR="00457AE6" w:rsidRPr="00712A47" w:rsidRDefault="00E35457">
      <w:pPr>
        <w:rPr>
          <w:lang w:val="it-IT"/>
        </w:rPr>
      </w:pPr>
      <w:r w:rsidRPr="00712A47">
        <w:rPr>
          <w:lang w:val="it-IT"/>
        </w:rPr>
        <w:t>☐ altra documentazione: _____________________________________________________________________</w:t>
      </w:r>
    </w:p>
    <w:p w14:paraId="7B475A49" w14:textId="77777777" w:rsidR="0039166B" w:rsidRPr="00712A47" w:rsidRDefault="0039166B">
      <w:pPr>
        <w:rPr>
          <w:lang w:val="it-IT"/>
        </w:rPr>
      </w:pPr>
    </w:p>
    <w:p w14:paraId="09A886BA" w14:textId="46F3350F" w:rsidR="00457AE6" w:rsidRPr="00712A47" w:rsidRDefault="00E35457">
      <w:pPr>
        <w:rPr>
          <w:lang w:val="it-IT"/>
        </w:rPr>
      </w:pPr>
      <w:r w:rsidRPr="00712A47">
        <w:rPr>
          <w:lang w:val="it-IT"/>
        </w:rPr>
        <w:t>Luogo e data __________________________________</w:t>
      </w:r>
    </w:p>
    <w:p w14:paraId="2145483E" w14:textId="77777777" w:rsidR="00457AE6" w:rsidRPr="00712A47" w:rsidRDefault="00457AE6">
      <w:pPr>
        <w:rPr>
          <w:lang w:val="it-IT"/>
        </w:rPr>
      </w:pPr>
    </w:p>
    <w:p w14:paraId="79F12E9D" w14:textId="77777777" w:rsidR="00457AE6" w:rsidRPr="00712A47" w:rsidRDefault="00E35457" w:rsidP="0039166B">
      <w:pPr>
        <w:jc w:val="right"/>
        <w:rPr>
          <w:lang w:val="it-IT"/>
        </w:rPr>
      </w:pPr>
      <w:r w:rsidRPr="00712A47">
        <w:rPr>
          <w:lang w:val="it-IT"/>
        </w:rPr>
        <w:t>Firma del richiedente</w:t>
      </w:r>
    </w:p>
    <w:p w14:paraId="349630CD" w14:textId="77777777" w:rsidR="00457AE6" w:rsidRPr="00712A47" w:rsidRDefault="00E35457" w:rsidP="0039166B">
      <w:pPr>
        <w:jc w:val="right"/>
        <w:rPr>
          <w:lang w:val="it-IT"/>
        </w:rPr>
      </w:pPr>
      <w:r w:rsidRPr="00712A47">
        <w:rPr>
          <w:lang w:val="it-IT"/>
        </w:rPr>
        <w:t>_______________________________________________</w:t>
      </w:r>
    </w:p>
    <w:p w14:paraId="00DAF461" w14:textId="77777777" w:rsidR="00457AE6" w:rsidRPr="00712A47" w:rsidRDefault="00457AE6">
      <w:pPr>
        <w:rPr>
          <w:lang w:val="it-IT"/>
        </w:rPr>
      </w:pPr>
    </w:p>
    <w:p w14:paraId="06B666B4" w14:textId="77777777" w:rsidR="00CF6B43" w:rsidRPr="00712A47" w:rsidRDefault="00CF6B43" w:rsidP="00CF6B43">
      <w:pPr>
        <w:pStyle w:val="NormaleWeb"/>
        <w:jc w:val="center"/>
        <w:rPr>
          <w:sz w:val="20"/>
          <w:szCs w:val="20"/>
        </w:rPr>
      </w:pPr>
      <w:r w:rsidRPr="00712A47">
        <w:rPr>
          <w:rStyle w:val="Enfasigrassetto"/>
          <w:rFonts w:eastAsiaTheme="majorEastAsia"/>
          <w:sz w:val="20"/>
          <w:szCs w:val="20"/>
        </w:rPr>
        <w:lastRenderedPageBreak/>
        <w:t>INFORMATIVA PER IL TRATTAMENTO DEI DATI PERSONALI - Art. 13 e ss. GDPR 2016/679</w:t>
      </w:r>
    </w:p>
    <w:p w14:paraId="1E8EC18A" w14:textId="77777777" w:rsidR="00CF6B43" w:rsidRPr="00712A47" w:rsidRDefault="00CF6B43" w:rsidP="00CF6B43">
      <w:pPr>
        <w:pStyle w:val="NormaleWeb"/>
        <w:rPr>
          <w:sz w:val="18"/>
          <w:szCs w:val="18"/>
        </w:rPr>
      </w:pPr>
      <w:r w:rsidRPr="00712A47">
        <w:rPr>
          <w:sz w:val="18"/>
          <w:szCs w:val="18"/>
        </w:rPr>
        <w:t xml:space="preserve"> L'informativa è resa ai sensi degli artt. 13 e ss. Regolamento UE 2016/679 "relativo alla protezione delle persone fisiche con riguardo al trattamento dei dati personali. </w:t>
      </w:r>
    </w:p>
    <w:p w14:paraId="65A37CCF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rStyle w:val="Enfasigrassetto"/>
          <w:rFonts w:eastAsiaTheme="majorEastAsia"/>
          <w:sz w:val="18"/>
          <w:szCs w:val="18"/>
        </w:rPr>
        <w:t>1. Titolare del trattamento e Responsabile della protezione dei dati personali</w:t>
      </w:r>
    </w:p>
    <w:p w14:paraId="4BF7FB72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sz w:val="18"/>
          <w:szCs w:val="18"/>
        </w:rPr>
        <w:t xml:space="preserve">Il Titolare del trattamento è il Comune di Pineto, via Milano n. 1 </w:t>
      </w:r>
      <w:proofErr w:type="gramStart"/>
      <w:r w:rsidRPr="00712A47">
        <w:rPr>
          <w:sz w:val="18"/>
          <w:szCs w:val="18"/>
        </w:rPr>
        <w:t>64025  Pineto</w:t>
      </w:r>
      <w:proofErr w:type="gramEnd"/>
      <w:r w:rsidRPr="00712A47">
        <w:rPr>
          <w:sz w:val="18"/>
          <w:szCs w:val="18"/>
        </w:rPr>
        <w:t xml:space="preserve"> TE, Tel. 08594971.</w:t>
      </w:r>
    </w:p>
    <w:p w14:paraId="037633FC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rStyle w:val="Enfasi"/>
          <w:rFonts w:eastAsiaTheme="majorEastAsia"/>
          <w:color w:val="000000"/>
          <w:sz w:val="18"/>
          <w:szCs w:val="18"/>
          <w:shd w:val="clear" w:color="auto" w:fill="FDFCFA"/>
        </w:rPr>
        <w:t>Il Responsabile della Protezione Dati – RPD/DPO è raggiungibile al seguente indirizzo: Comune di Pineto - Responsabile della Protezione dei dati personali, Via Milano 1, 64025 - Pineto (TE), email: </w:t>
      </w:r>
      <w:hyperlink r:id="rId8" w:tgtFrame="_blank">
        <w:r w:rsidRPr="00712A47">
          <w:rPr>
            <w:rStyle w:val="CollegamentoInternet"/>
            <w:i/>
            <w:iCs/>
            <w:color w:val="336699"/>
            <w:sz w:val="18"/>
            <w:szCs w:val="18"/>
            <w:shd w:val="clear" w:color="auto" w:fill="FDFCFA"/>
          </w:rPr>
          <w:t>dpo@comune.pineto.te.it"</w:t>
        </w:r>
      </w:hyperlink>
    </w:p>
    <w:p w14:paraId="68B50FC7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sz w:val="18"/>
          <w:szCs w:val="18"/>
        </w:rPr>
        <w:t> </w:t>
      </w:r>
      <w:r w:rsidRPr="00712A47">
        <w:rPr>
          <w:rStyle w:val="Enfasigrassetto"/>
          <w:rFonts w:eastAsiaTheme="majorEastAsia"/>
          <w:sz w:val="18"/>
          <w:szCs w:val="18"/>
        </w:rPr>
        <w:t>2. Trattamento dei dati personali</w:t>
      </w:r>
    </w:p>
    <w:p w14:paraId="052B3F35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sz w:val="18"/>
          <w:szCs w:val="18"/>
        </w:rPr>
        <w:t>Con riferimento ai dati trattati, il Comune di Pineto informa che:</w:t>
      </w:r>
    </w:p>
    <w:p w14:paraId="672475AB" w14:textId="77777777" w:rsidR="00CF6B43" w:rsidRPr="00712A47" w:rsidRDefault="00CF6B43" w:rsidP="00CF6B43">
      <w:pPr>
        <w:numPr>
          <w:ilvl w:val="0"/>
          <w:numId w:val="10"/>
        </w:numPr>
        <w:suppressAutoHyphens/>
        <w:spacing w:beforeAutospacing="1"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il trattamento dei dati personali è finalizzato all'esecuzione di compiti di interesse pubblico o comunque connessi all’esercizio dei poteri pubblici, di competenza del Comune in base a norme di leggi, Statuto e regolamenti comunali;</w:t>
      </w:r>
    </w:p>
    <w:p w14:paraId="7CC321C5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il trattamento dei dati particolari è effettuato in base a norme di legge, Statuto e regolamenti per motivi di interesse pubblico rilevante;</w:t>
      </w:r>
    </w:p>
    <w:p w14:paraId="64F37E0C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il trattamento è effettuato con strumenti telematici e/o manuali;</w:t>
      </w:r>
    </w:p>
    <w:p w14:paraId="6C377962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il conferimento dei dati è facoltativo, ma necessario per il corretto svolgimento dell'istruttoria e degli adempimenti procedimentali o per l’erogazione del servizio;</w:t>
      </w:r>
    </w:p>
    <w:p w14:paraId="27389B71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il mancato conferimento di alcuni o di tutti i dati richiesti può comportare l'interruzione del procedimento o del servizio;</w:t>
      </w:r>
    </w:p>
    <w:p w14:paraId="41AFF4D3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in relazione al procedimento e alle attività correlate, il Comune può comunicare i dati acquisiti ad altri Enti pubblici o privati competenti, nei casi previsti da norme di legge, Statuto, regolamenti comunali;</w:t>
      </w:r>
    </w:p>
    <w:p w14:paraId="16501407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 dati saranno trattati dal Titolare del trattamento, suoi dipendenti e collaboratori, cui sono comunicate idonee istruzioni o da imprese espressamente nominate come responsabili del trattamento; tali soggetti assicurano livelli di esperienza, capacità e affidabilità tali da garantire il rispetto delle vigenti disposizioni in materia di trattamento, compresa la sicurezza dei dati;</w:t>
      </w:r>
    </w:p>
    <w:p w14:paraId="191D0E10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 dati saranno conservati per un periodo non superiore a quello previsto dalla base normativa che legittima il trattamento e in conformità alle norme sulla conservazione della documentazione amministrativa; a tal fine, anche mediante controlli periodici, viene verificata la stretta pertinenza, non eccedenza e indispensabilità dei dati trattati;</w:t>
      </w:r>
    </w:p>
    <w:p w14:paraId="0AB1342A" w14:textId="77777777" w:rsidR="00CF6B43" w:rsidRPr="00712A47" w:rsidRDefault="00CF6B43" w:rsidP="00CF6B43">
      <w:pPr>
        <w:numPr>
          <w:ilvl w:val="0"/>
          <w:numId w:val="10"/>
        </w:numPr>
        <w:suppressAutoHyphens/>
        <w:spacing w:after="0" w:line="240" w:lineRule="auto"/>
        <w:jc w:val="both"/>
        <w:rPr>
          <w:sz w:val="18"/>
          <w:szCs w:val="18"/>
          <w:lang w:val="it-IT"/>
        </w:rPr>
      </w:pPr>
      <w:r w:rsidRPr="00712A47">
        <w:rPr>
          <w:sz w:val="18"/>
          <w:szCs w:val="18"/>
          <w:lang w:val="it-IT"/>
        </w:rPr>
        <w:t> i dati trattati sono soggetti alla normativa sul diritto di accesso, con le modalità e i limiti di cui alle leggi vigenti.</w:t>
      </w:r>
    </w:p>
    <w:p w14:paraId="4B2AD326" w14:textId="77777777" w:rsidR="00CF6B43" w:rsidRPr="00712A47" w:rsidRDefault="00CF6B43" w:rsidP="00CF6B43">
      <w:pPr>
        <w:pStyle w:val="NormaleWeb"/>
        <w:rPr>
          <w:sz w:val="18"/>
          <w:szCs w:val="18"/>
        </w:rPr>
      </w:pPr>
      <w:r w:rsidRPr="00712A47">
        <w:rPr>
          <w:sz w:val="18"/>
          <w:szCs w:val="18"/>
        </w:rPr>
        <w:t> </w:t>
      </w:r>
      <w:r w:rsidRPr="00712A47">
        <w:rPr>
          <w:rStyle w:val="Enfasigrassetto"/>
          <w:rFonts w:eastAsiaTheme="majorEastAsia"/>
          <w:sz w:val="18"/>
          <w:szCs w:val="18"/>
        </w:rPr>
        <w:t>3. Diritti dell'Interessato</w:t>
      </w:r>
    </w:p>
    <w:p w14:paraId="44F332DE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sz w:val="18"/>
          <w:szCs w:val="18"/>
        </w:rPr>
        <w:t>Gli interessati hanno diritto di chiedere al Comune di Pineto l’accesso ai dati personali, la rettifica o la cancellazione degli stessi o la limitazione del trattamento che li riguarda o di opporsi al trattamento (art. 15 ss. Regolamento UE 2016/679).</w:t>
      </w:r>
    </w:p>
    <w:p w14:paraId="40F3553A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sz w:val="18"/>
          <w:szCs w:val="18"/>
        </w:rPr>
        <w:t xml:space="preserve">L’istanza è presentata contattando il Titolare Comune di Pineto, </w:t>
      </w:r>
      <w:proofErr w:type="gramStart"/>
      <w:r w:rsidRPr="00712A47">
        <w:rPr>
          <w:sz w:val="18"/>
          <w:szCs w:val="18"/>
        </w:rPr>
        <w:t>in  via</w:t>
      </w:r>
      <w:proofErr w:type="gramEnd"/>
      <w:r w:rsidRPr="00712A47">
        <w:rPr>
          <w:sz w:val="18"/>
          <w:szCs w:val="18"/>
        </w:rPr>
        <w:t xml:space="preserve"> Milano, 1 64025 Pineto (Te) </w:t>
      </w:r>
      <w:proofErr w:type="spellStart"/>
      <w:r w:rsidRPr="00712A47">
        <w:rPr>
          <w:sz w:val="18"/>
          <w:szCs w:val="18"/>
        </w:rPr>
        <w:t>pec</w:t>
      </w:r>
      <w:proofErr w:type="spellEnd"/>
      <w:r w:rsidRPr="00712A47">
        <w:rPr>
          <w:sz w:val="18"/>
          <w:szCs w:val="18"/>
        </w:rPr>
        <w:t xml:space="preserve">: </w:t>
      </w:r>
      <w:hyperlink r:id="rId9">
        <w:r w:rsidRPr="00712A47">
          <w:rPr>
            <w:rStyle w:val="CollegamentoInternet"/>
            <w:sz w:val="18"/>
            <w:szCs w:val="18"/>
          </w:rPr>
          <w:t>protocollo@pec.comune.pineto.te.it</w:t>
        </w:r>
      </w:hyperlink>
      <w:r w:rsidRPr="00712A47">
        <w:rPr>
          <w:sz w:val="18"/>
          <w:szCs w:val="18"/>
        </w:rPr>
        <w:t xml:space="preserve"> </w:t>
      </w:r>
    </w:p>
    <w:p w14:paraId="52195F19" w14:textId="77777777" w:rsidR="00CF6B43" w:rsidRPr="00712A47" w:rsidRDefault="00CF6B43" w:rsidP="00CF6B43">
      <w:pPr>
        <w:pStyle w:val="NormaleWeb"/>
        <w:jc w:val="both"/>
        <w:rPr>
          <w:sz w:val="18"/>
          <w:szCs w:val="18"/>
        </w:rPr>
      </w:pPr>
      <w:r w:rsidRPr="00712A47">
        <w:rPr>
          <w:sz w:val="18"/>
          <w:szCs w:val="18"/>
        </w:rPr>
        <w:t>Hanno, altresì, diritto di proporre reclamo al Garante per la protezione dei dati personali, quale autorità di controllo e diritto di ricorso all’autorità giudiziaria.</w:t>
      </w:r>
    </w:p>
    <w:p w14:paraId="3262116F" w14:textId="77777777" w:rsidR="00CF6B43" w:rsidRPr="00712A47" w:rsidRDefault="00CF6B43" w:rsidP="00CF6B43">
      <w:pPr>
        <w:pStyle w:val="NormaleWeb"/>
        <w:rPr>
          <w:sz w:val="20"/>
          <w:szCs w:val="20"/>
        </w:rPr>
      </w:pPr>
      <w:r w:rsidRPr="00712A47">
        <w:rPr>
          <w:sz w:val="20"/>
          <w:szCs w:val="20"/>
        </w:rPr>
        <w:t> </w:t>
      </w:r>
    </w:p>
    <w:p w14:paraId="77439082" w14:textId="77777777" w:rsidR="00CF6B43" w:rsidRPr="00712A47" w:rsidRDefault="00CF6B43" w:rsidP="00CF6B43">
      <w:pPr>
        <w:spacing w:before="120"/>
        <w:jc w:val="both"/>
        <w:rPr>
          <w:szCs w:val="20"/>
          <w:lang w:val="it-IT"/>
        </w:rPr>
      </w:pPr>
      <w:r w:rsidRPr="00712A47">
        <w:rPr>
          <w:szCs w:val="20"/>
          <w:lang w:val="it-IT"/>
        </w:rPr>
        <w:t>Pineto, _______________________</w:t>
      </w:r>
      <w:r w:rsidRPr="00712A47">
        <w:rPr>
          <w:szCs w:val="20"/>
          <w:lang w:val="it-IT"/>
        </w:rPr>
        <w:tab/>
      </w:r>
      <w:r w:rsidRPr="00712A47">
        <w:rPr>
          <w:szCs w:val="20"/>
          <w:lang w:val="it-IT"/>
        </w:rPr>
        <w:tab/>
      </w:r>
      <w:r w:rsidRPr="00712A47">
        <w:rPr>
          <w:szCs w:val="20"/>
          <w:lang w:val="it-IT"/>
        </w:rPr>
        <w:tab/>
        <w:t xml:space="preserve">   </w:t>
      </w:r>
      <w:r w:rsidRPr="00712A47">
        <w:rPr>
          <w:szCs w:val="20"/>
          <w:lang w:val="it-IT"/>
        </w:rPr>
        <w:tab/>
      </w:r>
      <w:r w:rsidRPr="00712A47">
        <w:rPr>
          <w:szCs w:val="20"/>
          <w:lang w:val="it-IT"/>
        </w:rPr>
        <w:tab/>
        <w:t>Per accettazione</w:t>
      </w:r>
    </w:p>
    <w:p w14:paraId="760BCC7A" w14:textId="77777777" w:rsidR="00CF6B43" w:rsidRPr="00712A47" w:rsidRDefault="00CF6B43" w:rsidP="00CF6B43">
      <w:pPr>
        <w:spacing w:before="120"/>
        <w:jc w:val="both"/>
        <w:rPr>
          <w:szCs w:val="20"/>
          <w:lang w:val="it-IT"/>
        </w:rPr>
      </w:pPr>
    </w:p>
    <w:p w14:paraId="3DB04AE6" w14:textId="77777777" w:rsidR="00CF6B43" w:rsidRPr="00712A47" w:rsidRDefault="00CF6B43" w:rsidP="00CF6B43">
      <w:pPr>
        <w:rPr>
          <w:szCs w:val="20"/>
          <w:lang w:val="it-IT"/>
        </w:rPr>
      </w:pPr>
      <w:r w:rsidRPr="00712A47">
        <w:rPr>
          <w:szCs w:val="20"/>
          <w:lang w:val="it-IT"/>
        </w:rPr>
        <w:t xml:space="preserve">                                                                                                       _____________________________________</w:t>
      </w:r>
    </w:p>
    <w:p w14:paraId="2F3626A8" w14:textId="77777777" w:rsidR="00CF6B43" w:rsidRPr="00712A47" w:rsidRDefault="00CF6B43" w:rsidP="00CF6B43">
      <w:pPr>
        <w:rPr>
          <w:lang w:val="it-IT"/>
        </w:rPr>
      </w:pPr>
    </w:p>
    <w:p w14:paraId="5F50EAF6" w14:textId="59641165" w:rsidR="00457AE6" w:rsidRPr="00712A47" w:rsidRDefault="00457AE6" w:rsidP="0039166B">
      <w:pPr>
        <w:jc w:val="right"/>
        <w:rPr>
          <w:lang w:val="it-IT"/>
        </w:rPr>
      </w:pPr>
    </w:p>
    <w:sectPr w:rsidR="00457AE6" w:rsidRPr="00712A47" w:rsidSect="00034616">
      <w:footerReference w:type="default" r:id="rId10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543E" w14:textId="77777777" w:rsidR="00441FAE" w:rsidRDefault="00441FAE">
      <w:pPr>
        <w:spacing w:after="0" w:line="240" w:lineRule="auto"/>
      </w:pPr>
      <w:r>
        <w:separator/>
      </w:r>
    </w:p>
  </w:endnote>
  <w:endnote w:type="continuationSeparator" w:id="0">
    <w:p w14:paraId="42E1E793" w14:textId="77777777" w:rsidR="00441FAE" w:rsidRDefault="00441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5F68" w14:textId="77777777" w:rsidR="00457AE6" w:rsidRDefault="00E35457">
    <w:pPr>
      <w:pStyle w:val="Pidipagina"/>
      <w:jc w:val="center"/>
    </w:pPr>
    <w:proofErr w:type="spellStart"/>
    <w:r>
      <w:rPr>
        <w:sz w:val="16"/>
      </w:rPr>
      <w:t>Allegato</w:t>
    </w:r>
    <w:proofErr w:type="spellEnd"/>
    <w:r>
      <w:rPr>
        <w:sz w:val="16"/>
      </w:rPr>
      <w:t xml:space="preserve"> A – </w:t>
    </w:r>
    <w:proofErr w:type="spellStart"/>
    <w:r>
      <w:rPr>
        <w:sz w:val="16"/>
      </w:rPr>
      <w:t>Domanda</w:t>
    </w:r>
    <w:proofErr w:type="spellEnd"/>
    <w:r>
      <w:rPr>
        <w:sz w:val="16"/>
      </w:rPr>
      <w:t xml:space="preserve"> di accesso ai </w:t>
    </w:r>
    <w:proofErr w:type="spellStart"/>
    <w:r>
      <w:rPr>
        <w:sz w:val="16"/>
      </w:rPr>
      <w:t>servizi</w:t>
    </w:r>
    <w:proofErr w:type="spellEnd"/>
    <w:r>
      <w:rPr>
        <w:sz w:val="16"/>
      </w:rPr>
      <w:t xml:space="preserve"> – Anno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6FFE" w14:textId="77777777" w:rsidR="00441FAE" w:rsidRDefault="00441FAE">
      <w:pPr>
        <w:spacing w:after="0" w:line="240" w:lineRule="auto"/>
      </w:pPr>
      <w:r>
        <w:separator/>
      </w:r>
    </w:p>
  </w:footnote>
  <w:footnote w:type="continuationSeparator" w:id="0">
    <w:p w14:paraId="15CE5107" w14:textId="77777777" w:rsidR="00441FAE" w:rsidRDefault="00441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395C29"/>
    <w:multiLevelType w:val="multilevel"/>
    <w:tmpl w:val="D59A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36825991">
    <w:abstractNumId w:val="8"/>
  </w:num>
  <w:num w:numId="2" w16cid:durableId="1707289417">
    <w:abstractNumId w:val="6"/>
  </w:num>
  <w:num w:numId="3" w16cid:durableId="1435520919">
    <w:abstractNumId w:val="5"/>
  </w:num>
  <w:num w:numId="4" w16cid:durableId="865027298">
    <w:abstractNumId w:val="4"/>
  </w:num>
  <w:num w:numId="5" w16cid:durableId="1689288376">
    <w:abstractNumId w:val="7"/>
  </w:num>
  <w:num w:numId="6" w16cid:durableId="1701734446">
    <w:abstractNumId w:val="3"/>
  </w:num>
  <w:num w:numId="7" w16cid:durableId="538400475">
    <w:abstractNumId w:val="2"/>
  </w:num>
  <w:num w:numId="8" w16cid:durableId="1253589006">
    <w:abstractNumId w:val="1"/>
  </w:num>
  <w:num w:numId="9" w16cid:durableId="1806655252">
    <w:abstractNumId w:val="0"/>
  </w:num>
  <w:num w:numId="10" w16cid:durableId="1544944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163B"/>
    <w:rsid w:val="0015074B"/>
    <w:rsid w:val="0020521F"/>
    <w:rsid w:val="0029639D"/>
    <w:rsid w:val="00326F90"/>
    <w:rsid w:val="0039166B"/>
    <w:rsid w:val="00441FAE"/>
    <w:rsid w:val="00457AE6"/>
    <w:rsid w:val="00601F46"/>
    <w:rsid w:val="00712A47"/>
    <w:rsid w:val="008D76A9"/>
    <w:rsid w:val="00A80279"/>
    <w:rsid w:val="00AA1D8D"/>
    <w:rsid w:val="00AE6C32"/>
    <w:rsid w:val="00B47730"/>
    <w:rsid w:val="00B479EB"/>
    <w:rsid w:val="00CB0664"/>
    <w:rsid w:val="00CF6B43"/>
    <w:rsid w:val="00D24332"/>
    <w:rsid w:val="00E35457"/>
    <w:rsid w:val="00F538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2FDB4"/>
  <w14:defaultImageDpi w14:val="300"/>
  <w15:docId w15:val="{C69EDB26-23C0-4FF1-A4AA-9914A687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ollegamentoInternet">
    <w:name w:val="Collegamento Internet"/>
    <w:basedOn w:val="Carpredefinitoparagrafo"/>
    <w:uiPriority w:val="99"/>
    <w:rsid w:val="00CF6B43"/>
    <w:rPr>
      <w:rFonts w:ascii="Times New Roman" w:hAnsi="Times New Roman" w:cs="Times New Roman"/>
      <w:color w:val="0000FF"/>
      <w:u w:val="single"/>
    </w:rPr>
  </w:style>
  <w:style w:type="character" w:customStyle="1" w:styleId="Enfasi">
    <w:name w:val="Enfasi"/>
    <w:basedOn w:val="Carpredefinitoparagrafo"/>
    <w:uiPriority w:val="20"/>
    <w:qFormat/>
    <w:rsid w:val="00CF6B43"/>
    <w:rPr>
      <w:i/>
      <w:iCs/>
    </w:rPr>
  </w:style>
  <w:style w:type="paragraph" w:styleId="NormaleWeb">
    <w:name w:val="Normal (Web)"/>
    <w:basedOn w:val="Normale"/>
    <w:uiPriority w:val="99"/>
    <w:qFormat/>
    <w:rsid w:val="00CF6B43"/>
    <w:pPr>
      <w:suppressAutoHyphens/>
      <w:spacing w:before="100" w:line="240" w:lineRule="auto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CF6B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omune.pineto.te.it%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.pineto.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80F942-DD7F-4932-B0B3-8BAC39EC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1154</Words>
  <Characters>6578</Characters>
  <Application>Microsoft Office Word</Application>
  <DocSecurity>0</DocSecurity>
  <Lines>54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Mauro Cerasi</cp:lastModifiedBy>
  <cp:revision>2</cp:revision>
  <dcterms:created xsi:type="dcterms:W3CDTF">2026-10-06T14:49:00Z</dcterms:created>
  <dcterms:modified xsi:type="dcterms:W3CDTF">2026-10-06T14:49:00Z</dcterms:modified>
  <cp:category/>
</cp:coreProperties>
</file>